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client/serveur pour la gestion de la bibliothèque du centre universitaire de Mila (Gestion des emprunts)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Bouali Meriem/ Boukhechem Nadir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