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Complétion d'un corps normé-Application sur le corps des nombres rationnels-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KHellef Basma/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