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espaces de Hilbert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Guerba Dhiya El Heq/ Leulmi Assma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