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Espérance Conditionnelle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Zid mouncef Rami/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