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linéares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Boumelit Imane/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