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الريف في رواية "ريح الجنوب"ل:عبد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بلطرش صباح/ بوودن وداد/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