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عبد الله حمادي قصيدة البرزخ و السكين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يلة ناموس/ بسمة جبل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