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الشعوبية في الشعر العباسي بشار بن برد و أبو نواس "نموذجا"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حسيبة سباحي/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