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رواية الجازية و الدراويش لعبد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عتماني/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