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رواية دنيا لمحمود طرشونة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صيفون نصيرة/ عريقة بسمة/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