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جميلة بوحيرد الرمز الثوري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فطيمة بوقاسة/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