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 site web dynamique et éducatif pour enfants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Hayat Berkane/ Douas bilal(encadreur)/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0040111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