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الوقف و الوصل في كتاب سيبويه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أعزيز أسماء/ بوالطواطو حنان/ شروانة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