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تجديد النحو عند ابن مضاء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نبيلة شايب العين/ نجوى أمغران/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