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زهور ونيسي الجزء 1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هومة/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550.ص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مجلد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14*27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9961653692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