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Jean-Michel Léry/ </w:t>
            </w:r>
          </w:p>
        </w:tc>
      </w:tr>
      <w:tr>
        <w:trPr>
          <w:trHeight w:val="567"/>
        </w:trPr>
        <w:tc>
          <w:tcPr>
            <w:tcW w:type="dxa" w:w="3000"/>
          </w:tcPr>
          <w:p>
            <w:r>
              <w:t>الطبعة</w:t>
            </w:r>
          </w:p>
        </w:tc>
        <w:tc>
          <w:tcPr>
            <w:tcW w:type="dxa" w:w="7000"/>
          </w:tcPr>
          <w:p>
            <w:r>
              <w:t>2</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278p.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9782744074790</w:t>
            </w:r>
          </w:p>
        </w:tc>
      </w:tr>
    </w:tbl>
    <w:p>
      <w:pPr>
        <w:pStyle w:val="Heading3"/>
      </w:pPr>
      <w:r>
        <w:t>ملخص</w:t>
      </w:r>
    </w:p>
    <w:p>
      <w:r>
        <w:t>La conception d'un algorithme est une étape indispensable dans tout développement informatique : ce sont les solutions qu'il présente qui sont programmées. Ce livre étudie la création et l'utilisation d'algorithmes, et montre comment aboutir à des applications en langage C.</w:t>
        <w:br/>
        <w:br/>
        <w:t>La première partie porte sur la conception d'algorithmes. Elle expose les mécanismes tels que les tests et les boucles, ainsi que les structures de données comme les tableaux et les listes chaînées, qui servent de support à de nombreux algorithmes.</w:t>
        <w:br/>
        <w:br/>
        <w:t>La seconde partie étudie les algorithmes existants et leur utilisation. Elle aborde également les modèles de données couramment employés comme les piles, les files, les arbres, et traite des algorithmes récursifs.</w:t>
        <w:br/>
        <w:br/>
        <w:t>Les exemples et exercices, en pseudo-langage et en langage C, sont concrets, de difficulté croissante, et suivis. Ils permettront au lecteur de mettre en pratique toutes les notions présentées.</w:t>
        <w:br/>
        <w:br/>
        <w:t>Cette deuxième édition met l'accent sur les grands classiques de l'algorithmique tels que le calcul du plus court chemin ou la compression de données, algorithmes employés dans de nombreux domaines comme le calcul d'itinéraire ou l'optimisation des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