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descriptive : en 27 fiches : comprendre et s'entraîner faci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urice Lethielle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91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descriptiv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