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monte-carlo avec 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christian p .robert/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9782817801803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