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en 80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frédéric bertrand/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2100544387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