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الجزائري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الملك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9789961664230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الأدب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