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ور الأزمة المتوحش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يلالي خل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