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بجاية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حورية بن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9789961669082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بجاية/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