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العيدآل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محمد العيد آل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