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والحقيقة و آفاق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الشبعان/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الحجاج/ الحقيقة/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