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لغة القصيدة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المفارقة/ الصوفية/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