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أعلام الفكر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كيس فيرستيج/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9789959293527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أعلام/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