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وتحديات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9789957703219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اللغة العربية/ التعريب/ مقاربات حوارية/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