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التدريس/ استرتتيجيات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