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التفكير اللساني في الحضارة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السلام المسدي/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9789959293015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الإنسان و اللغة/ المواضعة/ مقومات الكلام/ الفكر اللساني/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