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عليمات/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النص الشعري/ العصر الجاهلي/ الشعراء الصعاليك/ صورة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