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مصطفى ابو شوارب/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النسيج اللغوي/ البنية الإيقاعية/ شعرية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