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حكايات الحيوان في شعر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عوين/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أحمد شوقي/ حكايات الحيوان/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