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فضاءات في الأدب العربي القديم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أ د ابتسام مرهون الصفار/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/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صفاء للطباعة والنشر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399ص.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9789957243289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الأدب العربي/ الشعر الجاهلي/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