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الصوتيات العربية والغربية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مصطفى بوعناني/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فقه اللغة/ الصوتيات/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