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وهج السرد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حسين المناصرة/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السعودية/ الرواية العربية/ النقد الروائي/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