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النبوءة في الشعر العربي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طلال المير/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المؤسسة الجامعية للدراسات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9789953515533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النبوءة/ خليل حاوي/ السياب/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