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آفاق الكلام وتكلم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الواسع الحميري/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الجامعية للدراسات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9789953515601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الكلام/ تكلم النص/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