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الواضحة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داود غطاشة الشوابكة/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