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القرآن الكريم بالكتب الإلهية السابقة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عايدة سليمان ابو حاكمة/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9789957076443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التوراة/ الإنجيل/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