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العربية والإبداع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سهام عبد الوهاب الفريح/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المرأة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