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انفتاح النسق اللساني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محي الدين محسب/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علم النفس/ اللسانيات النفسية/ النحو التوليدي/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