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اللغويات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شحدة فارع/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علم اللغويات/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