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الإستشراق/ النقد العربي القديم/ المستشرقون الألمان/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