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المغني 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الحميد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9789957244088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علم الصرف/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