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درعيات شاعر الليل 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شلواي عمار/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الأفعال/ الألفاظ الدالة/ الحيوان/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