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الأدب الأرسطية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جريجور شولر/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الفلسفة الأرسطية/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