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الشريف حبيلة/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 الأدبي/ النقد الأدبي/ الروايات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