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التشكيل اللوني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ابتسام مرهون الصفار/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9789957702502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ألفاظ القرآن/ بلاغة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