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المعنى في توجيه القاعدة النحوية من خلال كتب معاني القرآن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إيمان محمد أمين الكيلاني/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9789957116606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إعجاز القرآن/ القرآن/ ألفاظ القرآن/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