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مفاهيم في الشعرية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 د محمود درابسة/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جرير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219ص.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9789957381738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التحليل الأدبي/ الشعر العربي/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